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40"/>
        <w:jc w:val="center"/>
      </w:pPr>
      <w:r>
        <w:rPr>
          <w:b w:val="0"/>
        </w:rPr>
        <w:t>ДОВЕРЕННОСТЬ</w:t>
      </w:r>
    </w:p>
    <w:p>
      <w:pPr>
        <w:pStyle w:val="Subtitle"/>
        <w:keepNext/>
        <w:widowControl/>
        <w:spacing w:after="240"/>
        <w:jc w:val="center"/>
      </w:pPr>
      <w:r>
        <w:rPr>
          <w:b w:val="0"/>
        </w:rPr>
        <w:t>на заказ и получение печати ТОО</w:t>
      </w:r>
    </w:p>
    <w:p>
      <w:pPr>
        <w:keepNext/>
        <w:widowControl/>
        <w:spacing w:after="160"/>
        <w:jc w:val="right"/>
      </w:pPr>
      <w:r>
        <w:rPr>
          <w:b w:val="0"/>
        </w:rPr>
        <w:t>№ [Номер при наличии]</w:t>
      </w:r>
    </w:p>
    <w:p>
      <w:pPr>
        <w:keepNext/>
        <w:widowControl/>
        <w:tabs>
          <w:tab w:pos="9411" w:val="right"/>
        </w:tabs>
        <w:spacing w:after="280"/>
      </w:pPr>
      <w:r>
        <w:rPr>
          <w:b w:val="0"/>
        </w:rPr>
        <w:t>г. [Город]</w:t>
        <w:tab/>
        <w:t>[Дата выдачи полностью]</w:t>
      </w:r>
    </w:p>
    <w:p>
      <w:pPr>
        <w:keepNext/>
        <w:widowControl/>
        <w:spacing w:after="200"/>
      </w:pPr>
      <w:r>
        <w:rPr>
          <w:b w:val="0"/>
        </w:rPr>
        <w:t>Товарищество с ограниченной ответственностью «[Название ТОО]»,</w:t>
        <w:br/>
        <w:t>БИН [БИН], адрес: [Юридический адрес],</w:t>
        <w:br/>
        <w:t>в лице [Должность руководителя] [ФИО руководителя],</w:t>
        <w:br/>
        <w:t>действующего(-ей) на основании [Основание полномочий],</w:t>
        <w:br/>
        <w:t>настоящей доверенностью уполномочивает:</w:t>
      </w:r>
    </w:p>
    <w:p>
      <w:pPr>
        <w:keepNext/>
        <w:widowControl/>
        <w:spacing w:after="200"/>
      </w:pPr>
      <w:r>
        <w:rPr>
          <w:b w:val="0"/>
        </w:rPr>
        <w:t>[ФИО представителя], ИИН [ИИН],</w:t>
        <w:br/>
        <w:t>удостоверение личности № [Номер], выдано [Кем выдано]</w:t>
        <w:br/>
        <w:t>[Дата выдачи удостоверения],</w:t>
      </w:r>
    </w:p>
    <w:p>
      <w:pPr>
        <w:keepNext/>
        <w:widowControl/>
        <w:spacing w:after="160"/>
      </w:pPr>
      <w:r>
        <w:rPr>
          <w:b w:val="0"/>
        </w:rPr>
        <w:t>представлять интересы ТОО «[Название ТОО]» при заказе и получении его печати у [Наименование изготовителя] со следующими полномочиями:</w:t>
      </w:r>
    </w:p>
    <w:p>
      <w:pPr>
        <w:keepNext/>
        <w:widowControl/>
        <w:tabs>
          <w:tab w:pos="340" w:val="left"/>
        </w:tabs>
        <w:spacing w:after="100"/>
        <w:ind w:left="340" w:hanging="340"/>
      </w:pPr>
      <w:r>
        <w:rPr>
          <w:b w:val="0"/>
        </w:rPr>
        <w:t>1.</w:t>
        <w:tab/>
        <w:t>Передать сведения и документы, необходимые для оформления заказа на изготовление печати ТОО.</w:t>
      </w:r>
    </w:p>
    <w:p>
      <w:pPr>
        <w:keepNext/>
        <w:widowControl/>
        <w:tabs>
          <w:tab w:pos="340" w:val="left"/>
        </w:tabs>
        <w:spacing w:after="100"/>
        <w:ind w:left="340" w:hanging="340"/>
      </w:pPr>
      <w:r>
        <w:rPr>
          <w:b w:val="0"/>
        </w:rPr>
        <w:t>2.</w:t>
        <w:tab/>
        <w:t>Согласовать макет печати и необходимые исправления в пределах заказа.</w:t>
      </w:r>
    </w:p>
    <w:p>
      <w:pPr>
        <w:keepNext/>
        <w:widowControl/>
        <w:tabs>
          <w:tab w:pos="340" w:val="left"/>
        </w:tabs>
        <w:spacing w:after="100"/>
        <w:ind w:left="340" w:hanging="340"/>
      </w:pPr>
      <w:r>
        <w:rPr>
          <w:b w:val="0"/>
        </w:rPr>
        <w:t>3.</w:t>
        <w:tab/>
        <w:t>Получить изготовленную печать ТОО.</w:t>
      </w:r>
    </w:p>
    <w:p>
      <w:pPr>
        <w:keepNext/>
        <w:widowControl/>
        <w:tabs>
          <w:tab w:pos="340" w:val="left"/>
        </w:tabs>
        <w:spacing w:after="100"/>
        <w:ind w:left="340" w:hanging="340"/>
      </w:pPr>
      <w:r>
        <w:rPr>
          <w:b w:val="0"/>
        </w:rPr>
        <w:t>4.</w:t>
        <w:tab/>
        <w:t>Подписать заявку, согласованный макет, накладную, акт приема-передачи и иные документы, относящиеся исключительно к этому заказу и получению печати.</w:t>
      </w:r>
    </w:p>
    <w:p>
      <w:pPr>
        <w:keepNext/>
        <w:widowControl/>
        <w:spacing w:after="300"/>
      </w:pPr>
      <w:r>
        <w:rPr>
          <w:b w:val="0"/>
        </w:rPr>
        <w:t>Доверенность выдана сроком до [Дата окончания] включительно,</w:t>
        <w:br/>
        <w:t>без права передоверия.</w:t>
      </w:r>
    </w:p>
    <w:p>
      <w:pPr>
        <w:keepNext/>
        <w:widowControl/>
        <w:spacing w:after="100"/>
      </w:pPr>
      <w:r>
        <w:rPr>
          <w:b w:val="0"/>
        </w:rPr>
        <w:t>Руководитель [Должность]</w:t>
      </w:r>
    </w:p>
    <w:p>
      <w:pPr>
        <w:keepNext/>
        <w:widowControl/>
        <w:spacing w:after="240"/>
      </w:pPr>
      <w:r>
        <w:rPr>
          <w:b w:val="0"/>
        </w:rPr>
        <w:t>[Подпись] ____________________     [ФИО руководителя]</w:t>
      </w:r>
    </w:p>
    <w:p>
      <w:pPr>
        <w:keepNext/>
        <w:widowControl/>
        <w:spacing w:after="100"/>
      </w:pPr>
      <w:r>
        <w:rPr>
          <w:b w:val="0"/>
        </w:rPr>
        <w:t>Главный (старший) бухгалтер</w:t>
      </w:r>
    </w:p>
    <w:p>
      <w:pPr>
        <w:keepNext/>
        <w:widowControl/>
        <w:spacing w:after="240"/>
      </w:pPr>
      <w:r>
        <w:rPr>
          <w:b w:val="0"/>
        </w:rPr>
        <w:t>[Подпись] ____________________     [ФИО бухгалтера]</w:t>
      </w:r>
    </w:p>
    <w:p>
      <w:pPr>
        <w:keepNext w:val="0"/>
        <w:widowControl/>
        <w:spacing w:after="0"/>
      </w:pPr>
      <w:r>
        <w:rPr>
          <w:b w:val="0"/>
        </w:rPr>
        <w:t>М. П. (если обязанность иметь печать установлена законом)</w:t>
      </w:r>
    </w:p>
    <w:sectPr w:rsidR="00FC693F" w:rsidRPr="0006063C" w:rsidSect="00034616">
      <w:pgSz w:w="11906" w:h="16838"/>
      <w:pgMar w:top="1134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 w:cs="Arial"/>
      <w:color w:val="000000"/>
      <w:sz w:val="23"/>
      <w:u w:val="none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59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32"/>
      <w:szCs w:val="52"/>
      <w:u w:val="none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 w:line="259" w:lineRule="auto"/>
    </w:pPr>
    <w:rPr>
      <w:rFonts w:asciiTheme="majorHAnsi" w:eastAsiaTheme="majorEastAsia" w:hAnsiTheme="majorHAnsi" w:cstheme="majorBidi" w:ascii="Arial" w:hAnsi="Arial" w:eastAsia="Arial" w:cs="Arial"/>
      <w:i w:val="0"/>
      <w:iCs/>
      <w:color w:val="000000"/>
      <w:spacing w:val="15"/>
      <w:sz w:val="24"/>
      <w:szCs w:val="24"/>
      <w:u w:val="none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20" w:line="259" w:lineRule="auto"/>
      <w:ind w:left="720"/>
      <w:contextualSpacing/>
    </w:pPr>
    <w:rPr>
      <w:rFonts w:ascii="Arial" w:hAnsi="Arial" w:eastAsia="Arial" w:cs="Arial"/>
      <w:color w:val="000000"/>
      <w:sz w:val="23"/>
      <w:u w:val="none"/>
      <w:lang w:val="ru-RU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заказ и получение печати ТОО</dc:title>
  <dc:subject>Редактируемый образец доверенности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